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לבצע את ארבעת צעדי החצייה הבטוחה בכל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תמרורים ורמזור ולהבין מה כל אחד מהם אומר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כללי הבטיחות באוטובוס, ברכב ובאופניים/קורקינט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החלטה בטוחה במצבי דילמה ולחץ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חוצים נכון: מדרכה, כביש ומעבר חצייה – זוכרים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הולכי הרגל הולכים על המדרכה, רחוק משפת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עוצרים לפני שפת המדרכה, ורק אחר כך מביטים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מעבר החצייה הוא המקום הבטוח לחצות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חוצים נכון: מדרכה, כביש ומעבר חצייה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ימינה, שמאלה ושוב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חוצים נכון: מדרכה, כביש ומעבר חצייה – כותבים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תמרורים ורמזור מדברים אלינו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עיגול אדום מסמן איסור, למשל איסור כניסה או איסור 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משולש אדום הוא תמרור אזהרה, הוא מזהיר מפני סכנה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אדום ברמזור אומר לעצור ולא לחצות את 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תמרורים ורמזור מדברים אלינו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עם שמונה צלעות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תמרורים ורמזור מדברים אלינו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תמרורים ורמזור מדברים אלינו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(מחייב או מראה דרך מיוחדת)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(מזהיר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(תמרור 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בטוחים באוטובוס וברכב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ממתינים בתחנה רחוק משפת המדרכה,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עלייה וירידה בתנועה מסוכנות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חוגרים חגורה בכל מושב ובכל נסיעה, גם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בטוחים באוטובוס וברכב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אוטובוס עומד מסתיר אותנו מעיני הנהגים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בוסטר או מושב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בטוחים באוטובוס וברכב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בטוחים באוטובוס וברכב – מתאימים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(מושב מיוחד לילדים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(חובה בכל מושב ובכל 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(ממתינים שם רחוק משפת המדרכה)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(הדלת שליד המדרכה)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אופניים, קורקינט ונראות בחושך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קובע החוק, ותמיד מומלץ לחבוש קסדה גם מעל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בקורקינט חשמלי מותר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נהגים רואים אותנו טוב משני הכיוונים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אופניים, קורקינט ונראות בחושך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אופניים, קורקינט ונראות בחושך – חושבים ומסבירים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דילמות בדרך וכלים לשמירה על עצמי – מכירים דילמות ועש"ן ד"ק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לבקש ממבוגר שיעזור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כשממהרים או שלוחצים עלינו, לפני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דילמות בדרך וכלים לשמירה על עצמי – מתאימים דילמה לפתרון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(מבקשים ממבוגר שיעזור)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(לא רוכבים בלי קסדה)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(לובשים בגדים בהירים או פריט זוהר)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דילמות בדרך וכלים לשמירה על עצמי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משהו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חגורת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את ארבעת השלבים בסדר הנכון: עוצרים, מביטים לצדדים, מקשיבים וממתינים, חוצים תוך המשך הבטה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נכון לצורה ולצבע של כל תמרור ולמשמעותו (איסור, חובה או אזהרה)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החלטה בטוחה ומנומקת, ולא רק 'מה שחברים עושים'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בכל פעם,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א׳-ב׳ מומלץ להקריא את הקטעים בקול ולהתמקד בפרקים 1-2, ולתלמידי ה׳-ו׳ להוסיף דיון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בקלפי דילמות כדי להעשיר את פרק 5 בדיון קבוצתי קצר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בשאלת 'למה זה חשוב' כדי לחבר בין הכלל לבין הבטיחות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שלב אחר שלב את כל מה שחשוב לדעת כדי לנוע בבטחה ברחוב – מהחצייה ועד הרכיבה. עברו על הפרקים לפי הסדר, ובכל פרק קראו, השלימו וסמנו. בסוף כל פרק נסו להסביר במילים שלכם למה הכלל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ימין  ·  רחוק  ·  מזהיר  ·  כיס  ·  עוצרים  ·  התרחק  ·  16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חוצים נכון: מדרכה, כביש ומעבר חצייה – זוכרים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המדרכה היא המקום של הולכי הרגל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הצעד הראשון בחציה הוא להביט ימינה ושמאלה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את הכביש רק במעבר חצייה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חוצים נכון: מדרכה, כביש ומעבר חצייה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הצעד הראשון מתוך 4 צעדי החצייה?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מביטים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חוצים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לאיזה כיוונים מביטים לפני החצייה, ובאיזה 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למעלה ולמטה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חוצים נכון: מדרכה, כביש ומעבר חצייה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תמרורים ורמזור מדברים אלינו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עגול ואדום הוא תמרור שאוסר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משולש ואדום אומר לנו שחובה לפנות ימינה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כשהרמזור להולכי רגל אדום, עוצרים וממתינים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תמרורים ורמזור מדברים אלינו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צורה יש לתמרור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מתומן עם שמונה צלעות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תמרורים ורמזור מדברים אלינו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תמרור משולש אדום __________ אותנו מפני סכנה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כשהרמזור להולכי רגל אדום, הולכי הרגל __________ על המדרכה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תמרורים ורמזור מדברים אלינו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עיגול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מזהיר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תמרור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מתומן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מחייב או מראה דרך מיוחדת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בטוחים באוטובוס וברכב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ממתינים לאוטובוס צמוד ממש לשפת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ויורדים מהאוטובוס רק כשהוא עומד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חוגרים חגורת בטיחות רק בנסיעות ארוכות בין 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בטוחים באוטובוס וברכב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מחכים שהאוטובוס יתרחק לפני שחוצים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צריך לנוח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אוטובוס עומד מסתיר אותנו מעיני הנהגים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האוטובוס מרעיש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ילדים קטנים נוסעים ברכב בדרך כלל יושבים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מושב רגיל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בוסטר או מושב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מושב הנהג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בטוחים באוטובוס וברכב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עומדים בתחנה בתור, __________ משפת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את הכביש רק אחרי שהאוטובוס __________ מהתחנה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בטוחים באוטובוס וברכב – מתאימים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הדלת שליד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מושב מיוחד לילדים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תחנת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חובה בכל מושב ובכל 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דלת בטוחה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ממתינים שם רחוק משפת המדרכה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אופניים, קורקינט ונראות בחושך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קסדה חובה עד גיל 18 ברכיבה על אופניים רגילים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לרכוב על קורקינט חשמלי עם שני רוכבים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באופניים צריך פנס לבן מקדימה ופנס אדום מאחור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אופניים, קורקינט ונראות בחושך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רוכבים על אופניים בשביל אופניים או בצד __________ של הכביש, עם כיוון התנועה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מגיל __________ בלבד מותר לרכוב על קורקינט חשמלי, עם רישיון מתאים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אופניים, קורקינט ונראות בחושך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דילמות בדרך וכלים לשמירה על עצמי – מכירים דילמות ועש"ן ד"ק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הכדור התגלגל לכביש בזמן משחק. מה הכי בטוח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 ולהביא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לבקש ממבוגר שיעזור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לחכות שחבר יביא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האות ע'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הכי כדאי להשתמש בעש"ן ד"ק?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כשממהרים או שלוחצים עלינו, לפני החצייה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דילמות בדרך וכלים לשמירה על עצמי – מתאימים דילמה לפתרון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הכדור התגלגל לכביש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רוכבים בלי קסדה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שכחתי קסדה ויוצאים לרכוב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לובשים בגדים בהירים או פריט זוהר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חוזרים מחוג בערב גשום ולבושים בכהה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מבקשים ממבוגר שיעזור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דילמות בדרך וכלים לשמירה על עצמי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שחוצים כביש, שמים את הטלפון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קודם כל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עוצרים לפני 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מסתכלים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תמרור עגול אדום אומר לנו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משהו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משהו מחייב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 סכנה 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חובה לכל נוסע ברכב, בכל מושב?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משקפי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במילים שלכם את ארבעת צעדי החצייה הבטוחה, לפי הסדר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שני תמרורים שונים והסבירו מה כל אחד אומר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