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שומרי הדרך: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לבצע את ארבעת צעדי החצייה הבטוחה בכל 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תמרורים ורמזור ולהבין מה כל אחד מהם אומר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את כללי הבטיחות באוטובוס, ברכב ובאופניים/קורקינט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החלטה בטוחה במצבי דילמה ולחץ חברתי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חוצים נכון: מדרכה, כביש ומעבר חצייה – זוכרים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הולכי הרגל הולכים על המדרכה, רחוק משפת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קודם עוצרים לפני שפת המדרכה, ורק אחר כך מביטים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מעבר החצייה הוא המקום הבטוח לחצות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גם כשהאור ירוק בודקים שהמכוניות באמת עצרו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הולכים בקו ישר וממשיכים להביט, לא רצים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חוצים נכון: מדרכה, כביש ומעבר חצייה – בוחרים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 לפני שפת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ימינה, שמאלה ושוב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על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כי זה הדרך הקצרה ביותר והבטוחה לראות ולהיראות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שהמכוניות באמת עצרו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חוצים נכון: מדרכה, כביש ומעבר חצייה – כותבים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מכונית נוסעת במהירות ולנהג לוקח זמן להבחין ולבלום, ולרכב עצמו לוקח מרחק עד שהוא נעצר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מחכים שהאוטובוס יתרחק כי הוא מסתיר אותנו מהנהגים, ואז הולכים למעבר חצייה ומבצעים את 4 הצעדים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תמרורים ורמזור מדברים אלינו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עיגול אדום מסמן איסור, למשל איסור כניסה או איסור חניה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משולש אדום הוא תמרור אזהרה, הוא מזהיר מפני סכנה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אור אדום ברמזור אומר לעצור ולא לחצות את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תמרור עצור הוא מתומן, כלומר בעל שמונה צלעות, ואדום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תמרורים ורמזור מדברים אלינו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מתומן עם שמונה צלעות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חיוב או הוראה לביצוע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תמרורים ורמזור מדברים אלינו – השלמת משפטים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תמרורים ורמזור מדברים אלינו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(אוסר)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(מחייב או מראה דרך מיוחדת)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(מזהיר מפני 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(תמרור עצור)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(אפשר לחצות בזהירות)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בטוחים באוטובוס וברכב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ממתינים בתחנה רחוק משפת המדרכה, בתור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עלייה וירידה בתנועה מסוכנות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חוגרים חגורה בכל מושב ובכל נסיעה, גם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יוצאים בבטחה, רחוק מהכביש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בטוחים באוטובוס וברכב – תרגול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אוטובוס עומד מסתיר אותנו מעיני הנהגים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בוסטר או מושב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אף פעם, צריך לתת לו להתרכז בכביש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במעבר חצייה, אחרי שהאוטובוס התרחק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בטוחים באוטובוס וברכב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התרחק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בטוחים באוטובוס וברכב – מתאימים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(מושב מיוחד לילדים ברכב)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(חובה בכל מושב ובכל נסיעה)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(ממתינים שם רחוק משפת המדרכה)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(הדלת שליד המדרכה)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אופניים, קורקינט ונראות בחושך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קובע החוק, ותמיד מומלץ לחבוש קסדה גם מעל גיל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בקורקינט חשמלי מותר רוכב אחד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נהגים רואים אותנו טוב משני הכיוונים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אסור לרכוב בכלי חשמלי על המדרכה, זה מסכן הולכי 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בגדים בהירים ואפוד זוהר הם שעוזרים לנהגים לראות אותנו מרחוק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אופניים, קורקינט ונראות בחושך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זוהר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הולכי 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אופניים, קורקינט ונראות בחושך – חושבים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קסדה מגנה על הראש בנפילה; גם נפילה קטנה וקרובה יכולה לפגוע בראש, ואי אפשר לדעת מראש מתי תהיה נפילה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ללבוש בגדים בהירים או אפוד זוהר, ולהשתמש בפנס לבן קדימה ופנס אדום מאחור על האופניים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לסרב בנימוס, כי מותר רוכב אחד בלבד וזה מסוכן ולא חוקי; אפשר להציע לרכוב כל אחד בתורו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דילמות בדרך וכלים לשמירה על עצמי – מכירים דילמות ועש"ן ד"ק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לבקש ממבוגר שיעזור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כשממהרים או שלוחצים עלינו, לפני החצייה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"אני חוצה במעבר החצייה, נתראה שם"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דילמות בדרך וכלים לשמירה על עצמי – מתאימים דילמה לפתרון 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(מבקשים ממבוגר שיעזור)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(לא רוכבים בלי קסדה)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(לובשים בגדים בהירים או פריט זוהר)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(מורידים את האוזניות לפני החצייה)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(לא רצים אחריו לכביש, קוראים למבוגר)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דילמות בדרך וכלים לשמירה על עצמי – משלימים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כאן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אמריקאיות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 לפני שפת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משהו אסור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מזהיר מסכנה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חגורת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מחכים שהאוטובוס יתרחק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לסרב ולהסביר שהבטיחות חשובה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את ארבעת השלבים בסדר הנכון: עוצרים, מביטים לצדדים, מקשיבים וממתינים, חוצים תוך המשך הבטה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מתייחסת נכון לצורה ולצבע של כל תמרור ולמשמעותו (איסור, חובה או אזהרה)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מראה החלטה בטוחה ומנומקת, ולא רק 'מה שחברים עושים'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לחמישה מפגשים קצרים, פרק בכל פעם, עם חזרה קצרה בתחילת כל מפגש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א׳-ב׳ מומלץ להקריא את הקטעים בקול ולהתמקד בפרקים 1-2, ולתלמידי ה׳-ו׳ להוסיף דיון על פרק 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בקלפי דילמות כדי להעשיר את פרק 5 בדיון קבוצתי קצר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כל פרק בשאלת 'למה זה חשוב' כדי לחבר בין הכלל לבין הבטיחות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שומרי הדרך: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תתרגלו שלב אחר שלב את כל מה שחשוב לדעת כדי לנוע בבטחה ברחוב – מהחצייה ועד הרכיבה. עברו על הפרקים לפי הסדר, ובכל פרק קראו, השלימו וסמנו. בסוף כל פרק נסו להסביר במילים שלכם למה הכלל חשוב.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חוצים נכון: מדרכה, כביש ומעבר חצייה – זוכרים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המדרכה היא המקום של הולכי הרגל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הצעד הראשון בחציה הוא להביט ימינה ושמאלה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חוצים את הכביש רק במעבר חצייה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כשהאיש ברמזור ירוק, אין צורך לבדוק שהמכוניות עצרו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חוצים את הכביש בהליכה ולא בריצה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חוצים נכון: מדרכה, כביש ומעבר חצייה – בוחרים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הצעד הראשון מתוך 4 צעדי החצייה?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 לפני שפת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מביטים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חוצים בריצה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מקשיבים לרעשים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לאיזה כיוונים מביטים לפני החצייה, ובאיזה סדר?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ימינה, שמאלה ושוב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למעלה ולמטה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הולכים כשלא חוצים את הכביש?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בין מכוניות חונות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באלכסון בין הרחובות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מדוע חוצים בקו ישר ולא באלכסון?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הדרך הקצרה ביותר והבטוחה לראות ולהיראות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יותר כיף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אסור ללכת ישר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גם כשהאיש ברמזור ירוק, מה חשוב לבדוק לפני החצייה?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שהמכוניות באמת עצרו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שיש חברים בסביבה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שהרמזור צבעוני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שאין ענן בשמיים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חוצים נכון: מדרכה, כביש ומעבר חצייה – כותבים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מכונית לא יכולה לעצור באופן מיידי כשרואה הולך רגל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מצב: ילד/ה ירדו מהאוטובוס וצריכים לחצות את הרחוב. מה עושים לפני שחוצים, ולמה חשוב לחכות שהאוטובוס יתרחק?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תמרורים ורמזור מדברים אלינו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עגול ואדום הוא תמרור שאוסר משהו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משולש ואדום אומר לנו שחובה לפנות ימינה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כשהרמזור להולכי רגל אדום, עוצרים וממתינים על המדרכה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עצור הוא בצורת עיגול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תמרורים ורמזור מדברים אלינו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צורה יש לתמרור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משולש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מתומן עם שמונה צלעות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אומר לרוב תמרור עגול בצבע כחול?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חיוב או הוראה לביצוע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אזהרה מסכנה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מידע כללי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תמרורים ורמזור מדברים אלינו – השלמת משפטים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תמרור משולש אדום __________ אותנו מפני סכנה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כשהרמזור להולכי רגל אדום, הולכי הרגל __________ על המדרכה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תמרורים ורמזור מדברים אלינו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עיגול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אפשר לחצות בזהירות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עיגול כחול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אוסר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משולש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מחייב או מראה דרך מיוחדת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מתומן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מזהיר מפני 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אור ירוק ברמזור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תמרור עצור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בטוחים באוטובוס וברכב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ממתינים לאוטובוס צמוד ממש לשפת הכביש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ויורדים מהאוטובוס רק כשהוא עומד במקום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חוגרים חגורת בטיחות רק בנסיעות ארוכות בין ערים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בזמן הנסיעה ברכב יוצאים מהדלת שליד המדרכה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בטוחים באוטובוס וברכב – תרגול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מחכים שהאוטובוס יתרחק לפני שחוצים את הכביש?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צריך לנוח רגע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אוטובוס עומד מסתיר אותנו מעיני הנהגים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האוטובוס מרעיש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סיבה מיוחדת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ילדים קטנים נוסעים ברכב בדרך כלל יושבים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מושב רגיל בלי חגורה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בוסטר או מושב 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מושב הנהג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 המטען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נכון לדבר עם הנהג ולהסיח את דעתו?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כשצריך עזרה דחופה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אף פעם, צריך לתת לו להתרכז בכביש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כשנוסעים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אחרי שיורדים מהאוטובוס, איפה חוצים את הכביש?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ממש מאחורי האוטובוס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במעבר חצייה, אחרי שהאוטובוס התרחק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בין מכוניות חונות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משנה איפה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בטוחים באוטובוס וברכב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עומדים בתחנה בתור, __________ משפת המדרכה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חוצים את הכביש רק אחרי שהאוטובוס __________ מהתחנה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בטוחים באוטובוס וברכב – מתאימים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בוסטר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ממתינים שם רחוק משפת המדרכה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חגורת 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מושב מיוחד לילדים ברכב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תחנת אוטובוס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הדלת שליד המדרכה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דלת בטוחה ברכב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חובה בכל מושב ובכל נסיעה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אופניים, קורקינט ונראות בחושך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קסדה חובה עד גיל 18 ברכיבה על אופניים רגילים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לרכוב על קורקינט חשמלי עם שני רוכבים ביחד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באופניים צריך פנס לבן מקדימה ופנס אדום מאחור בלילה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לרכוב על כלי חשמלי כמו קורקינט על המדרכה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בגדים כהים עוזרים לנהגים לראות אותנו טוב יותר בלילה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אופניים, קורקינט ונראות בחושך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רוכבים על אופניים בשביל אופניים או בצד __________ של הכביש, עם כיוון התנועה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מגיל __________ בלבד מותר לרכוב על קורקינט חשמלי, עם רישיון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פריט __________ או מחזיר אור מגדיל מאוד את המרחק שבו נהג רואה אותנו בחושך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רכיבה מסוכנת של רוכב קורקינט מסכנת גם __________, ולכן האחריות היא של הרוכב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אופניים, קורקינט ונראות בחושך – חושבים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למה חשוב לחבוש קסדה גם כשרוכבים מרחק קצר ליד הבית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דרכים שבהן ילד או ילדה יכולים להיראות טוב יותר לנהגים כשחוזרים מחוג בערב חשוך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חבר מציע לכם לרכוב יחד על אותו קורקינט חשמלי רק פעם אחת. כתבו מה תענו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דילמות בדרך וכלים לשמירה על עצמי – מכירים דילמות ועש"ן ד"ק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הכדור התגלגל לכביש בזמן משחק. מה הכי בטוח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 מהר ולהביא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לבקש ממבוגר שיעזור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לחכות שחבר יביא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להפסיק לשחק בכדור לתמיד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האות ע' בעש"ן ד"ק?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הכי כדאי להשתמש בעש"ן ד"ק?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כשממהרים או שלוחצים עלינו, לפני החצייה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כשאין רמזור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חבר אומר: "בוא נחצה פה, זה יותר קצר". מה נכון להגיד?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"בסדר, בוא נמהר"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"אני חוצה במעבר החצייה, נתראה שם"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"רק אם אף אחד לא רואה"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"בוא נרוץ ביחד"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דילמות בדרך וכלים לשמירה על עצמי – מתאימים דילמה לפתרון בטוח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הכדור התגלגל לכביש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מורידים את האוזניות לפני החצייה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שכחתי קסדה ויוצאים לרכוב על קורקינט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לא רצים אחריו לכביש, קוראים למבוגר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חוזרים מחוג בערב גשום ולבושים בכהה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 רוכבים בלי קסדה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השיר האהוב מתנגן באוזניות ליד מעבר חצייה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מבקשים ממבוגר שיעזור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הכלב משתחרר ורץ לכיוון הכביש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לובשים בגדים בהירים או פריט זוהר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דילמות בדרך וכלים לשמירה על עצמי – משלימים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שחוצים כביש, שמים את הטלפון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כשחבר מפחד אחרי כמעט תאונה, אפשר לומר לו: "אני __________ איתך".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אמריקאיות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קודם כל לפני שחוצים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 לפני שפת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מסתכלים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קופצים לכביש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תמרור עגול אדום אומר לנו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משהו אסור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משהו מחייב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סכנה קרובה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דרך מיוחדת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תמרור משולש אדום הוא תמרור...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מחייב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מזהיר מסכנה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חובה לכל נוסע ברכב, בכל מושב?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חגורת 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משקפי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כפפות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אחרי שיורדים מהאוטובוס, לפני שחוצים כביש, מה הדבר הנכון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מחכים שהאוטובוס יתרחק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רצים מהר לפני שהוא זז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חוצים מאחורי האוטובוס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עומדים באמצע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כשרוכבים על אופניים בחושך, הפנס הקדמי צריך להיות בצבע...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חבר לוחץ לחצות שלא במעבר חצייה כי 'זה יותר קצר'. מה הדבר הנכון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לסרב ולהסביר שהבטיחות חשובה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לעשות מה שהחבר אומר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ולרוץ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לצחוק ולא לענות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תארו במילים שלכם את ארבעת צעדי החצייה הבטוחה, לפי הסדר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שני תמרורים שונים והסבירו מה כל אחד אומר ולמה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למצב דילמה בדרך והסבירו איך הייתם מחליטים מה נכון לעשות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שומרי הדרך: זהירות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